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הסוד של 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וניחוש לפי 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ליער והרפתקה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וחשיבה על 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אבן מאירה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דבר נסתר שלא כולם יודעים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נותנת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שביל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סוד הוא מידע נסתר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המילה 'מאירה' קשורה לאור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מסתורין הוא דבר מוזר ולא מובן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אומץ הוא לא לפחד גם כשקשה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מסתורין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(דבר מרגש וחדש)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(מידע נסתר)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(נותנת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(למצוא משהו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(לא לפחד)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(סדר הגיוני בסיפור הרפתקה)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הגיבורים יוצאים ליער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שומעים על סוד מוזר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מחפשים את האבן המאירה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מגלים את הסוד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הם חוזרים הביתה עם תגלית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במילים מהדף (יער, סוד, מאירה, לגלות) ומבנה סיפורי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שמדובר במידע נסתר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עונה: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כמו יער, אבן, מאירה, סוד תתקבל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בניקוד לפני מילוי הדף לתלמידים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משחק הזיכרון או ההתאמה הדיגיטלית כחיזוק לאחר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הסוד של 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ורעיונות מהסיפור 'הסוד של האבן המאירה', סיפור הרפתקה שקורה ביער.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פי שם הסיפור, מה מחפשים הגיבורים?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אוצר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אבן מאירה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קסום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מתרחש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מתאים יותר למילה 'סוד'?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שכולם יודעים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נסתר שלא כולם יודעים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דבר רועש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דבר שכתוב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אבן 'מאירה' כנראה...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כבדה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נותנת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קטנה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הכי קשורה להרפתקה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יער הוא שטח גדול עם הרבה עצים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הוא דבר שכולם יודעים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אבן מאירה היא אבן שזורחת או נותנת 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מסתורין פירושו דבר ברור וידוע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אומץ הוא הפחד מכל דבר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הילדים הלכו ל__________ כדי לחפש את האבן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האבן הייתה __________ מאוד, ולכן אפשר היה לראות אותה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רק שני ילדים ידעו את ה__________ של האבן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לגלות דברים חדשים צריך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כשמשהו מוזר וקשה להבנה, קוראים לזה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הרפתקה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נותנת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לפחד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למצוא משהו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לגלות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מרגש וחדש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מידע נסתר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(סדר הגיוני בסיפור הרפתקה)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שומעים על סוד מוזר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מחפשים את האבן המאירה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מגלים את הסוד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חוזרים הביתה עם תגלית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הגיבורים יוצאים ליער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שמצאתם אבן מאירה ביער. כתבו 4-5 משפטים: איך היא נראתה ומה עשיתם איתה?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'סוד'?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מתרחש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שקשורה להרפתקה ביער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 – הסוד של האבן המאירה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