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וניחוש לפי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ליער והרפתקה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וחשיבה על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נסתר שלא כולם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נותנת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סוד הוא מידע נסתר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'מאירה' קשורה לאור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מסתורין הוא דבר מוזר ולא מובן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אומץ הוא לא לפחד גם כשקשה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מסתורין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 מרגש וחדש)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(מידע נסתר)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(למצוא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לפחד)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(סדר הגיוני בסיפור הרפתקה)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הגיבורים יוצאים ליער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שומעים על סוד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מחפשים את האבן המאירה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מגלים את הסוד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חוזרים הביתה עם תגלית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במילים מהדף (יער, סוד, מאירה, לגלות) ומבנה סיפורי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שמדובר במידע נסתר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עונה: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יער, אבן, מאירה, סוד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בניקוד לפני מילוי הדף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משחק הזיכרון או ההתאמה הדיגיטלית כחיזוק לאחר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מילים מסיפור על יער וסוד של אבן מיוחדת. נענה על שאלות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הרפתקה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מרגש וחדש שקורה, לפעמים עם סכנה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שרק מעט אנשים יודעים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נותנת אור, זורחת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מסתורין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מוזר שלא מבינים אותו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משהו חדש שלא ידעו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גדול מלא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לחפש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למצוא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לפחד גם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הדבר המיוחד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קסום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סוד?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שכולם יודעים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נסתר שלא כולם יודעים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דבר רועש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שכתוב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אבן מאירה?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נותנת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קטנה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מילה שמתאימה ליער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יער הוא שטח גדול עם הרבה 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הוא דבר שכולם יודעים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מאירה היא אבן שזורחת או נותנת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מסתורין פירושו דבר ברור וידוע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הוא הפחד מכל דבר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הילדים הלכו ל__________ כדי לחפש את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האבן הייתה __________ מאוד, ולכן אפשר היה לראות אותה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רק שני ילדים ידעו את ה__________ של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לגלות דברים חדשים צריך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כשמשהו מוזר וקשה להבנה, קוראים לזה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לפחד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למצוא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לגלות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נסתר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מרגש וחדש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(סדר הגיוני בסיפור הרפתקה)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מחפשים את האבן המאירה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מגלים את הסוד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שומעים על סוד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חוזרים הביתה עם תגלית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הגיבורים יוצאים ליער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שמצאתם אבן מאירה ביער. כתבו 4-5 משפטים: איך היא נראתה ומה עשיתם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'סוד'?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מתרחש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להרפתקה ביער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הסוד של 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