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הסוד של 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וניחוש לפי 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ליער והרפתקה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וחשיבה על 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אבן 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סוד הוא מידע נסתר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המילה 'מאירה' קשורה לאור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 מרגש וחדש)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(מידע נסתר)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(נותנת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(למצוא משהו 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(סדר הגיוני בסיפור הרפתקה)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הגיבורים יוצאים ליער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שומעים על סוד מוזר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מחפשים את האבן המאירה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מגלים את הסוד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במילים מהדף (יער, סוד, מאירה, לגלות) ומבנה סיפורי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שמדובר במידע נסתר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עונה: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כמו יער, אבן, מאירה, סוד תתקבל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בניקוד לפני מילוי הדף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משחק הזיכרון או ההתאמה הדיגיטלית כחיזוק לאחר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הסוד של 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ורעיונות מהסיפור 'הסוד של האבן המאירה', סיפור הרפתקה שקורה ביער.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יער  ·  מאירה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פי שם הסיפור, מה מחפשים הגיבורים?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אוצר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אבן מאירה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 קסום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מתרחש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ביער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יער הוא שטח גדול עם הרבה עצים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סוד הוא דבר שכולם יודעים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אבן מאירה היא אבן שזורחת או נותנת 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הילדים הלכו ל__________ כדי לחפש את האבן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האבן הייתה __________ מאוד, ולכן אפשר היה לראות אותה בחושך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מידע נסתר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נותנת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מאירה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למצוא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לגלות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דבר מרגש וחדש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 (סדר הגיוני בסיפור הרפתקה)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שומעים על סוד מוזר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הגיבורים יוצאים ליער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מגלים את הסוד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הם מחפשים את האבן המאירה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שמצאתם אבן מאירה ביער. כתבו 4-5 משפטים: איך היא נראתה ומה עשיתם איתה?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המילה 'סוד'?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מתרחש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הסוד של 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